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חפצים שזוכרים – חפץ עם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מושגים הקשורים לחפץ משפחתי עם 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מה כותבים בשלט מוזיאון ומה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סדר השלבים בהכנת מצגת על חפץ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מה נכון? בחרו תשובה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חפץ ששומרים כדי לזכור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הסבר קצר על חפץ בתערוכה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ממבוגרים לילדים ולנכדים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מציגים חפצים לראייה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בעל זיכרון 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מבוגר במשפחה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חשוב הסיפור והזיכרון, לא המחיר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פרטים חשובים על החפץ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זה לא קשור לחפץ ולסיפור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ההסבר המדויק למילה מזכרת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אפשר גם לשאול מבוגרים במשפחה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(מסביר על חפץ בתערוכה)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(חפץ ששומרים כדי לזכור)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(דבר שאפשר להחזיק)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(כלי לנר)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(מהמבוגרים לילדים ולנכדים)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שלבי הפרויקט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חפץ עם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שואלים מבוגר על הסיפור של החפץ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מציירים או מצלמים את החפץ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כותבים שלט מוזיאון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מציגים את החפץ ומספרים עליו לכיתה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פמוט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מזכרת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שלט מוזיאון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תערוכה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שלט מוזיאון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התשובה צריכה לכלול שם חפץ, חומר ממנו עשוי, בעלים, וסיפור קצר הקשור למשפחה. אין לכלול פרטים לא קשורים כמו ציונים או מידע אישי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שלט מוזיאון הוא הסבר קצר על חפץ בתערוכה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דוגמה אישית הגיונית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המבוגר יודע את הסיפור והזיכרון שמאחורי החפץ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לשיעור חפץ משפחתי אמיתי להמחשה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לתלמידים זמן לחשוב בבית לפני כתיבת השלט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לעודד שיתוף בעל פה מול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שורשים ומקום – המשפחה שלי והיישוב שלי לכיתה ג׳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חפצים שזוכרים – חפץ עם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משפחה יש חפצים מיוחדים שעוברים מדור לדור ושומרים זיכרון. בדף הזה נתרגל מילים חשובות ונבין איך מכינים שלט מוזיאון לחפץ כזה.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מה נכון? בחרו תשובה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מזכרת?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חפץ יקר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חפץ ששומרים כדי לזכור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חפץ חדש שקנינו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חפץ שאסור לגעת בו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זה שלט מוזיאון?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ארוך מאוד על החפץ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הסבר קצר על חפץ בתערוכה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מחיר החפץ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המוזיאון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הכוונה במילים מדור לדור?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מכיתה לכיתה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מעיר לעיר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ממבוגרים לילדים ולנכדים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מחנות לחנות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פמוט הוא כלי 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תערוכה היא מקום שבו...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מוכרים חפצים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מציגים חפצים לראייה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זורקים חפצים ישנים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מתקנים חפצים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חפץ עם סיפור חייב להיות...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יקר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בעל זיכרון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מי בדרך כלל מספר לנו את הסיפור של חפץ משפחתי?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מורה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מבוגר במשפחה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 מהכיתה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שכן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חפץ עם סיפור חייב להיות יקר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בשלט מוזיאון אפשר לכתוב את שם החפץ וממה הוא עשוי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בשלט מוזיאון כותבים את הציון שלנו במבחן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מזכרת היא חפץ ששומרים כדי לזכור משהו חשוב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ללמוד על הסיפור של חפץ רק מספרים בספרייה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שלט מוזיאון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כלי לנר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מזכרת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דבר שאפשר להחזיק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חפץ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מסביר על חפץ בתערוכה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פמוט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מהמבוגרים לילדים ולנכדים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מדור לדור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חפץ ששומרים כדי לזכור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סדרו את שלבי הפרויקט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שואלים מבוגר על הסיפור של החפץ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חפץ עם סיפור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מציגים את החפץ ומספרים עליו לכיתה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מציירים או מצלמים את החפץ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שלט מוזיאון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כלי מיוחד להעמדת נר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חפץ ששומרים כדי לזכור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הסבר קצר על חפץ בתערוכה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מקום שבו מציגים חפצים לראייה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כותבים שלט מוזיאון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חפץ מהבית שיש לו סיפור, וכתבו עליו שלט מוזיאון קצר: שם החפץ, ממה הוא עשוי, למי הוא שייך ומה הסיפור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שלט מוזיאון?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לחפץ עם סיפור ממשפחה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לשאול מבוגר על סיפור החפץ?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חפצים שזוכרים – חפץ עם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