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לחפץ משפחתי עם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כותבים בשלט מוזיאון ומה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השלבים בהכנת מצגת על חפץ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נכון? בחרו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חפץ ששומרים כדי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הסבר קצר על חפץ בתערוכה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ממבוגרים לילדים ולנכדים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מציגים חפצים לראייה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בעל זיכרון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מבוגר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חשוב הסיפור והזיכרון, לא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פרטים חשובים על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לא קשור לחפץ ולסיפור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ההסבר המדויק למילה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גם לשאול מבוגרים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(מסביר על חפץ בתערוכה)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(חפץ ששומרים כדי לזכור)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(דבר שאפשר להחזיק)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(כלי לנר)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(מהמבוגרים לילדים ולנכדים)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מבוגר על הסיפור של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מציירים או מצלמים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שלט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מציגים את החפץ ומספרים עליו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פמוט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שלט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שלט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שם חפץ, חומר ממנו עשוי, בעלים, וסיפור קצר הקשור למשפחה. אין לכלול פרטים לא קשורים כמו ציונים או מידע אישי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 מוזיאון הוא הסבר קצר על חפץ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אישית הגיונית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המבוגר יודע את הסיפור והזיכרון שמאחורי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לשיעור חפץ משפחתי אמיתי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זמן לחשוב בבית לפני כתיבת השלט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בעל פה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במשפחה יש חפצים ישנים עם סיפור. נלמד מילים חדשות ונכין שלט קטן לחפץ.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להחזיק ולגעת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מזכרת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ששומרים כדי לזכור משהו או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 מוזיאון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קצר על חפץ שמוצג בתערוכה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מדור לדור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 מהמבוגרים לילדים ולנכדים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מציגים חפצים לראייה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פמוט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מיוחד להעמדת נר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שעובר במשפחה הרבה 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נכון? בחרו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מזכרת? חפץ ששומרים כדי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יקר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ששומרים כדי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חפץ חדש שקנינו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שאסור לגעת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שלט מוזיאון הוא הסבר קצר על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ארוך מאוד על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הסבר קצר על חפץ בתערוכה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מדור לדור - ממבוגרים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מכיתה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ממבוגרים לילדים ולנכדים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מחנות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פמוט משמש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תערוכה - מציגים בה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מוכרים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מציגים חפצים לראייה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חפצים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מתקנים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הכי חשוב בחפץ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 זיכרון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ממי שואלים על סיפור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עם סיפור חייב להיות יקר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בשלט מוזיאון אפשר לכתוב את שם החפץ וממה הוא עשוי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בשלט מוזיאון כותבים את הציון שלנו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מזכרת היא חפץ ששומרים כדי לזכור משהו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על הסיפור של חפץ רק מספרים בספרייה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שלט מוזיאון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מהמבוגרים לילדים ולנכדים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מסביר על חפץ בתערוכה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פמוט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שאפשר להחזיק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מדור לדור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ששומרים כדי לזכור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את החפץ ומספרים עליו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שלט מוזיאון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עם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או מצלמים את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מבוגר על הסיפור של החפץ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כלי מיוחד להעמדת 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חפץ ששומרים כדי לזכור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הסבר קצר על חפץ בתערוכה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שבו מציגים חפצים לראייה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שלט מוזיאון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מהבית שיש לו סיפור, וכתבו עליו שלט מוזיאון קצר: שם החפץ, ממה הוא עשוי, למי הוא שייך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שלט מוזיאון?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לחפץ עם סיפור ממשפחה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לשאול מבוגר על סיפור החפץ?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