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לחפץ משפחתי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כותבים בשלט מוזיאון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בהכנת מצגת על חפץ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נכון? בחרו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חפץ ששומרים כדי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קצר על חפץ בתערוכה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ממבוגרים לילדים ולנכדים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הסיפור והזיכרון, לא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פרטים חשובים על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קשור לחפץ ולסיפור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(מסביר על חפץ בתערוכה)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 ששומרים כדי לזכור)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 שאפשר להחזיק)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מבוגר על הסיפור של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או מצלמים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שלט מוזיאון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שם חפץ, חומר ממנו עשוי, בעלים, וסיפור קצר הקשור למשפחה. אין לכלול פרטים לא קשורים כמו ציונים או מידע אישי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מוזיאון הוא הסבר קצר על חפץ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המבוגר יודע את הסיפור והזיכרון שמאחורי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לשיעור חפץ משפחתי אמיתי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זמן לחשוב בבית לפני כתיבת השלט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משפחה יש חפצים מיוחדים שעוברים מדור לדור ושומרים זיכרון. בדף הזה נתרגל מילים חשובות ונבין איך מכינים שלט מוזיאון לחפץ כזה.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מזכרת  ·  פמוט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נכון? בחרו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מזכרת?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חפץ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חפץ ששומרים כדי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חפץ חדש שקנינו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שלט מוזיאון?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ארוך מאוד על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הסבר קצר על חפץ בתערוכה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מחיר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הכוונה במילים מדור לדור?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מכיתה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מעיר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ממבוגרים לילדים ולנכדים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חפץ עם סיפור חייב להיות יקר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בשלט מוזיאון אפשר לכתוב את שם החפץ וממה הוא עשוי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בשלט מוזיאון כותבים את הציון שלנו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שלט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שאפשר להחזיק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מסביר על חפץ בתערוכה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חפץ ששומרים כדי לזכור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שלט מוזיאון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חפץ עם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מבוגר על הסיפור של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מציירים או מצלמים את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כלי מיוחד להעמדת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חפץ ששומרים כדי לזכור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שלט 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חפץ מהבית שיש לו סיפור, וכתבו עליו שלט מוזיאון קצר: שם החפץ, ממה הוא עשוי, למי הוא שייך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שלט מוזיאון?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לחפץ עם סיפור ממשפחה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